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2E73F3"/>
          <w:sz w:val="22"/>
        </w:rPr>
        <w:t>INDUSTRY ROCKSTARR</w:t>
      </w:r>
    </w:p>
    <w:p>
      <w:r>
        <w:rPr>
          <w:b/>
          <w:color w:val="0D1353"/>
          <w:sz w:val="52"/>
        </w:rPr>
        <w:t>Sales &amp; Influence Power Assessment Guide</w:t>
      </w:r>
    </w:p>
    <w:p>
      <w:r>
        <w:rPr>
          <w:i/>
          <w:color w:val="8A90A2"/>
          <w:sz w:val="22"/>
        </w:rPr>
        <w:t>Complete &amp; upload to your Mentorship Hub</w:t>
      </w:r>
    </w:p>
    <w:p>
      <w:r>
        <w:rPr>
          <w:i/>
          <w:color w:val="8A90A2"/>
          <w:sz w:val="19"/>
        </w:rPr>
        <w:t>Editable Word version. Click into any box below and type -- these boxes expand as you write, unlike the fillable PDF. Save your own copy with your name in the file title before uploading it to your Mentorship Hub.</w:t>
      </w:r>
    </w:p>
    <w:p>
      <w:pPr>
        <w:spacing w:after="120"/>
      </w:pPr>
      <w:r>
        <w:rPr>
          <w:color w:val="DCDCDC"/>
        </w:rPr>
        <w:t>__________________________________________________________________________________________</w:t>
      </w: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Emotional Connection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Can you easily access and share your feelings about something?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feel comfortable quickly connecting and getting in rapport with someone else?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use words often that cause people to feel things (like courage, spirit, emotions, etc), or do you tend to talk about intellectual concepts?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Are you curious about others’ needs, wants and desires? In business? In your personal life?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Do you make eye contact easily &amp; can you hold it in silence comfortably? With a smile?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Listening Skills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find yourself quick to defend yourself, thoughts, feelings or actions?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find it easy to hear the intention, fear or concern when someone shares something?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Are you often judging when someone else is talking or listening with an open mind? Are you waiting to talk when they are talking?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listen for a problem to fix, or to the intention behind the expression?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Are you trained in NLP and can hear another person’s meta-programs, language patterns and beliefs about the world when they talk?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Reaching Critical People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have a hard or easy time reaching the real decision makers in your industry?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If you get stopped by “gate keepers” or partners (wife/husband, business partner), what is the typical comment you get from them that stops you?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see non decision makers as against you, or aligned with their partner(s)?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Are you often surprised about who the real decision maker is?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Is it easy for you to walk into a room and quickly discover the biggest/most serious players in the room?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Ability To Inspire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find people to become lit up and energised around you when you speak?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people see more opportunity for themselves when you engage with them?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feel clear about the difference between educating and inspiring?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Are you passionate about something that you want to take out to the world? (A message, gift, advice, journey, change, etc)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Are you interested in “championing” someone who is resigned to become energised?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Clarity Of Action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Are people clear about how to work with you?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people often wonder “what’s next” when you are discussing things?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focus people on 1 action to take each time?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Are you clear about how each person can fit into your world of business &amp; your bigger mission?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Are you direct about scheduling time, committing money &amp; holding people to their word?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Comfort With Money &amp; Risk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feel comfortable receiving money (and large sums of money) for your work?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Are you comfortable asking someone for money - what emotion comes up for you when you ask for payment (or discuss someone paying you)?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feel that you relate to money powerfully - and have a good relationship to it (as well as unattached)?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Are you ok with taking someone’s money and things not working out?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Can you find yourself in a place of abundance even if money is tight?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Energetic Resonance &amp; Abundance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feel like your life is peaceful and fulfilling?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Would you say that you feel balanced and comfortable with what you have in your life?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Are you connected to the Universe’s abundance, or do you feel scared about having enough?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you feel there is a place for you in the world, your industry &amp; Universe?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Do you find yourself surrounded by positive &amp; happy people? And that you resonate positive &amp; happy states?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Relationship To Pain &amp; Hope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Are you ok with feeling pain? Your own - and others?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Are you ok putting someone else in pain? (Fear, uncertainty or doubt?)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Are you willing to sit in despair, frustration or hopelessness? (yours or someone else’s?)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you feel able to easily assess a better future for someone and help them create a picture of it (in their minds eye or in their heart?)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Are you good at creating a world that doesn’t exist (in your head) and getting connected to your ability to lead someone to a world that could, but doesn’t currently exist?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Comfort With Conflict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get nervous or concerned when things get heated up between you and a professional relationship? (or personal relationship?)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Are you quick to run, or exit an emotional conflict?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look to please people so that the tension stays low?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Does aggression make you scared or trigger you? Are you easily someone that becomes aggressive?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How are you in emergency situations and staying involved and engaged in highly energised situations?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Comfort With Rejection &amp; Resistance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How are you at getting a “no” from someone? Is it hard?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Have you been hurt before and now feel unwilling to be emotionally vulnerable to a rejection experience?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avoid situations that might end up in possible rejection?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Does skepticism and resistance make you feel frustrated or down - or do you get energised by it?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How do you feel about being an interruption in someone’s day or life?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Understanding Human Psychology, Drivers &amp; Motivation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Are you able to find out people’s motivational hot buttons quickly?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ask and regularly seek out a specific conversation about what is driving someone? Do you ask your customers about “why” they are driven to do things?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feel comfortable assessing deeper level human needs that are related to unconscious patterning from their childhood?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Are you familiar with classic motivational patterning and do you engage your customers in in-depth conversations about how they get motivated?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Are you clear about your own motivation and what drives you in your work, life and play?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Comfort With Someone Else’s Fear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Are you comfortable having a deep conversation bout someone’s fear during a business conversation?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feel comfortable helping someone shift a fear to an opportunity and release it?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feel like you have good language tools to identify someone’s fears and help them manage them during a sales conversation?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Are you ok with sharing your own fears and concerns during a sales or professional conversation?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Do you practice sharing the possible elephants in the room, and being transparent about your fears?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Lead Flow Cycle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How do you track your leads?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know what game you need to be playing to reach the success/revenue you want?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How many meetings does it normally take you to get to a yes?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What has been your most comfortable forum for meeting new leads for your business or life?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Where do you find you are most stopped in the process from meeting someone to them saying yes to working together?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Sales Process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have a sales process you follow?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understand the emotional stages of a decision during a sale?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Are you able to track where your client or partner stops emotionally if they don’t say yes to your request or offer?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you feel like you are looking for the right words during a sales process? Or do you find that you mostly just connect with your client or partner?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What is the most common complaint you have about others around why you can’t get them to say yes, spend more time with you, or take action on your requests?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