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2E73F3"/>
          <w:sz w:val="22"/>
        </w:rPr>
        <w:t>INDUSTRY ROCKSTARR</w:t>
      </w:r>
    </w:p>
    <w:p>
      <w:r>
        <w:rPr>
          <w:b/>
          <w:color w:val="0D1353"/>
          <w:sz w:val="52"/>
        </w:rPr>
        <w:t>Marketing Assessment Guide</w:t>
      </w:r>
    </w:p>
    <w:p>
      <w:r>
        <w:rPr>
          <w:i/>
          <w:color w:val="8A90A2"/>
          <w:sz w:val="22"/>
        </w:rPr>
        <w:t>Complete &amp; upload to your Mentorship Hub</w:t>
      </w:r>
    </w:p>
    <w:p>
      <w:r>
        <w:rPr>
          <w:i/>
          <w:color w:val="8A90A2"/>
          <w:sz w:val="19"/>
        </w:rPr>
        <w:t>Editable Word version. Click into any box below and type -- these boxes expand as you write, unlike the fillable PDF. Save your own copy with your name in the file title before uploading it to your Mentorship Hub.</w:t>
      </w:r>
    </w:p>
    <w:p>
      <w:pPr>
        <w:spacing w:after="120"/>
      </w:pPr>
      <w:r>
        <w:rPr>
          <w:color w:val="DCDCDC"/>
        </w:rPr>
        <w:t>__________________________________________________________________________________________</w:t>
      </w: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Identifying Your Customer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Who is the target niche of your product or service? (Don’t have a product or service yet? Chose a niche of people you would love to help.)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Describe them in great detail? Demographics: Age, Sex, Location, Income, Religion, Ethnicity, Family constellation, etc.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Who do you feel you could be in the most rapport with in general as a person? Who do you think would have the most rapport with you? (Describe them)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What problem(s) do they have, that they would pay to have solved?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What opportunities would they like, that they can’t get?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Identifying Marketing Channels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Where do your customers hang out? (What publications do they read, groups do they belong to? Social media sites do they like? Etc)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Where are your competitors marketing right now?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Where does it logically make sense for you to offer your product? (Specific locations? Stores? Websites? etc)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What are the buying behaviours of your customers - where do they like to shop and spend money on solutions of this nature?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Where is the industry trending towards for exposure and outlets to the customers?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Messaging To Get Attention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Is your message clear about who you work with, what pain you solve (or opportunity) and what solutions you provide?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Does your market resonate with your message? Is it clear, simple and full of opportunity to them?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Have you sent out surveys recently and asked for feedback on your message to the market?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Do you collect keywords that the market is using in their description of themselves, their pain or the solution they want?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Are you a B2B company or a B2C company? Is this a Done For You Market or a Do It Yourself Market?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Brand Building Efforts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Do you have a “Sticky Brand”? Do people remember it? Are you using a “Corporate” or a Personal Brand?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Do you saturate the marketplace with your brand in media ways? (Video, Web banners, etc?)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Are you actively publishing or being published in journals, magazines, newspapers or through books?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Do you have nurture campaigns that are actively running to your database and social media pages?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Are you being featured in media - like TV, Radio, Magazine, etc often through interviews and highlighted segments?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Your Lifeblood: Your Database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Do you have a database? Are you using a database tool online?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Are you segmenting your database? If so, how are you segmenting?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Do you have different campaigns that are taking “new leads” through a process separate then “established leads”?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Do you have active and ongoing database building activities happening? On social media and off social media?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Do you have automated campaigns that are continuing to give your database cool free stuff?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Partnerships, Joint Ventures &amp; Affiliates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Do you feel comfortable creating partnerships and joint ventures? Are you familiar with how to structure the deals? Or what your partners would need?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Do you have an active “hit list” of potential partners that you are talking to about co-promoting or working together?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Do you have a good JV broker or someone you work with that can help you get access to lists or good JV partners?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Do you have an active affiliate program with good incentives?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Do you have an effective refer a friend program or do you actively solicit for referrals?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Team &amp; Marketing Collateral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Are you connected to a good and affordable graphic design partner? Coder?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Do you have a good copywriter in your back pocket?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Do you have a marketing expert/strategist/partner that can look over your campaigns before you launch them? Help you create free products? Concept?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Do you have assets ready to go for marketing like a website, opt in page design, free product, banners, ads (graphics and copy), pop up boxes, etc?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Do you have a brand style guide for your brand?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Copy &amp; URLs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Are you attentive to your email subject lines? Are you attentive to marketer’s subject lines that get you to open their emails?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Do you follow copywriting experts online?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Are you versed in copywriting enough to write basic emails, letters and product descriptions?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Are you attentive to the URLs you use for you websites, landing pages and ads?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Do you understand how to select a good/effective title for your product, services or events?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Design Elements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Are you familiar with physical design elements that work for online conversion? Layouts? Colors?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Do you have a resource that you keep up to date on the newest research and testing?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Do you or your designer use proven conversion strategies when putting together websites, landing pages, ads or banners?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Are you familiar with the psychology behind colours, placement layouts and copy choices?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Do you actively split test between different designs, colours and layout choices?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Digital Marketing Strategy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Do you have a specific platform(s) you use to communicate with your clients regularly?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Do you feel like you are focused on 1 or 2 platforms, or spread out with many different platforms?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Do you understand how to build marketing funnels online - the strategy? Or does it feel like a mystery to you?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Do you experience a high amount of open rates from your emails? High engagement rates from your social media posts?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Are you familiar with product launch formulas? Do you understand Ad buying? Email strategies to databases? Do you feel comfortable buying and monetising cold traffic?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Offline Marketing Strategy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Do you actively network regularly, and show up physically at groups to network?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Are you actively being featured in or buying ad time/space on radio, TV or in magazines?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Do you have an offline ad buyer or someone that is connected in the offline ad buying space that brings you specials and distressed ad space opportunities?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Have you worked with or tested direct mail for your industry or products/services?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Do you test your online marketing strategies first offline?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Marketing Plan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Do you have a marketing calendar that details your quarter or yearly marketing activities?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Do you feel comfortable planning tours or events, and the lead time for marketing them?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Are you actively planning product launches throughout the year and have dates on your calendar for the next ones?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Do you know how to time JV launches of your products, arrange them for optimal effectiveness and track them via leader boards/incentivised emails?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Do you have nurture campaigns laid out with a clear understanding of what monetisation strategy they are driving to?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Marketing Budgets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Do you have a monthly, quarterly and annual marketing budget set aside for driving new leads?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Do you have a sense of what happens if you increase or decrease that budget - other then a linear response? Would bulk buying or increased budgets, reduce your CPL?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Do you feel uneasy about spending money on marketing - like it disappears with no measurable return?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Do you have a relationship to your overall revenue in comparison to your marketing budget, and if it is a reasonable amount to be spending in relation to your industry competitors?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Have you budgeted across different channels, know how to prioritise the channels and understand how much is enough to test each channel?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80"/>
      </w:pPr>
    </w:p>
    <w:p>
      <w:pPr>
        <w:spacing w:before="200"/>
      </w:pPr>
      <w:r>
        <w:rPr>
          <w:b/>
          <w:color w:val="0D1353"/>
          <w:sz w:val="32"/>
        </w:rPr>
        <w:t>Testing &amp; Measuring</w:t>
      </w:r>
    </w:p>
    <w:p>
      <w:pPr>
        <w:spacing w:after="120"/>
      </w:pPr>
      <w:r>
        <w:rPr>
          <w:color w:val="2E73F3"/>
          <w:sz w:val="12"/>
        </w:rPr>
        <w:t>▬▬▬▬▬▬▬▬▬▬▬▬▬▬▬▬▬▬</w:t>
      </w:r>
    </w:p>
    <w:p>
      <w:pPr>
        <w:spacing w:before="120"/>
      </w:pPr>
      <w:r>
        <w:rPr>
          <w:b/>
          <w:color w:val="040821"/>
          <w:sz w:val="22"/>
        </w:rPr>
        <w:t>1.  Do you actively measure your marketing campaigns and results? Do you feel comfortable understanding what to measure, how to interpret that data and how to change things to be more effective?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2.  Are you actively split testing? Do you understand how to continue to split test down to the most effective campaign?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3.  Do you use web analytics tools on your websites?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4.  Do you know how to use keyword research tools?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p>
      <w:pPr>
        <w:spacing w:before="120"/>
      </w:pPr>
      <w:r>
        <w:rPr>
          <w:b/>
          <w:color w:val="040821"/>
          <w:sz w:val="22"/>
        </w:rPr>
        <w:t>5.  Do you review campaigns, tours and events and create a spreadsheet of all the data to review the results and draw new conclusions?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5F5F5"/>
            <w:tcBorders>
              <w:top w:val="single" w:sz="6" w:color="A6ABBE"/>
              <w:left w:val="single" w:sz="6" w:color="A6ABBE"/>
              <w:bottom w:val="single" w:sz="6" w:color="A6ABBE"/>
              <w:right w:val="single" w:sz="6" w:color="A6ABBE"/>
            </w:tcBorders>
            <w:vAlign w:val="top"/>
          </w:tcPr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  <w:p>
            <w:pPr>
              <w:spacing w:after="0"/>
            </w:pPr>
            <w:r>
              <w:rPr>
                <w:sz w:val="22"/>
              </w:rPr>
            </w:r>
          </w:p>
        </w:tc>
      </w:tr>
    </w:tbl>
    <w:p>
      <w:pPr>
        <w:spacing w:after="80"/>
      </w:pP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