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rFonts w:ascii="Calibri" w:hAnsi="Calibri"/>
          <w:b/>
          <w:color w:val="2E73F3"/>
          <w:sz w:val="22"/>
        </w:rPr>
        <w:t>INDUSTRY ROCKSTARR</w:t>
      </w:r>
    </w:p>
    <w:p>
      <w:r>
        <w:rPr>
          <w:b/>
          <w:color w:val="0D1353"/>
          <w:sz w:val="52"/>
        </w:rPr>
        <w:t>Business Assessment Guide</w:t>
      </w:r>
    </w:p>
    <w:p>
      <w:r>
        <w:rPr>
          <w:i/>
          <w:color w:val="8A90A2"/>
          <w:sz w:val="22"/>
        </w:rPr>
        <w:t>Complete &amp; upload to your Mentorship Hub</w:t>
      </w:r>
    </w:p>
    <w:p>
      <w:r>
        <w:rPr>
          <w:i/>
          <w:color w:val="8A90A2"/>
          <w:sz w:val="19"/>
        </w:rPr>
        <w:t>Editable Word version. Click into any box below and type -- these boxes expand as you write, unlike the fillable PDF. Save your own copy with your name in the file title before uploading it to your Mentorship Hub.</w:t>
      </w:r>
    </w:p>
    <w:p>
      <w:pPr>
        <w:spacing w:after="120"/>
      </w:pPr>
      <w:r>
        <w:rPr>
          <w:color w:val="DCDCDC"/>
        </w:rPr>
        <w:t>__________________________________________________________________________________________</w:t>
      </w:r>
    </w:p>
    <w:p>
      <w:pPr>
        <w:spacing w:before="80"/>
      </w:pPr>
    </w:p>
    <w:p>
      <w:pPr>
        <w:spacing w:before="200"/>
      </w:pPr>
      <w:r>
        <w:rPr>
          <w:b/>
          <w:color w:val="0D1353"/>
          <w:sz w:val="32"/>
        </w:rPr>
        <w:t>Target Market Questions</w:t>
      </w:r>
    </w:p>
    <w:p>
      <w:pPr>
        <w:spacing w:after="120"/>
      </w:pPr>
      <w:r>
        <w:rPr>
          <w:color w:val="2E73F3"/>
          <w:sz w:val="12"/>
        </w:rPr>
        <w:t>▬▬▬▬▬▬▬▬▬▬▬▬▬▬▬▬▬▬</w:t>
      </w:r>
    </w:p>
    <w:p>
      <w:pPr>
        <w:spacing w:before="120"/>
      </w:pPr>
      <w:r>
        <w:rPr>
          <w:b/>
          <w:color w:val="040821"/>
          <w:sz w:val="22"/>
        </w:rPr>
        <w:t>1.  Describe the type of person you like to work with the most.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  <w:vAlign w:val="top"/>
          </w:tcPr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120"/>
      </w:pPr>
      <w:r>
        <w:rPr>
          <w:b/>
          <w:color w:val="040821"/>
          <w:sz w:val="22"/>
        </w:rPr>
        <w:t>2.  Describe the type of person that would be likely to most feel in rapport with you.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  <w:vAlign w:val="top"/>
          </w:tcPr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120"/>
      </w:pPr>
      <w:r>
        <w:rPr>
          <w:b/>
          <w:color w:val="040821"/>
          <w:sz w:val="22"/>
        </w:rPr>
        <w:t>3.  Give the demographics of people who are most attracted to you professionally: Live? Income? Age? Typical Profession? Etc?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  <w:vAlign w:val="top"/>
          </w:tcPr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120"/>
      </w:pPr>
      <w:r>
        <w:rPr>
          <w:b/>
          <w:color w:val="040821"/>
          <w:sz w:val="22"/>
        </w:rPr>
        <w:t>4.  What are some of your core values (that you want your customers to share)?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  <w:vAlign w:val="top"/>
          </w:tcPr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120"/>
      </w:pPr>
      <w:r>
        <w:rPr>
          <w:b/>
          <w:color w:val="040821"/>
          <w:sz w:val="22"/>
        </w:rPr>
        <w:t>5.  Who would you just spend time with even if they weren’t paying you?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  <w:vAlign w:val="top"/>
          </w:tcPr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80"/>
      </w:pPr>
    </w:p>
    <w:p>
      <w:pPr>
        <w:spacing w:before="200"/>
      </w:pPr>
      <w:r>
        <w:rPr>
          <w:b/>
          <w:color w:val="0D1353"/>
          <w:sz w:val="32"/>
        </w:rPr>
        <w:t>Problems Of Your Target Market</w:t>
      </w:r>
    </w:p>
    <w:p>
      <w:pPr>
        <w:spacing w:after="120"/>
      </w:pPr>
      <w:r>
        <w:rPr>
          <w:color w:val="2E73F3"/>
          <w:sz w:val="12"/>
        </w:rPr>
        <w:t>▬▬▬▬▬▬▬▬▬▬▬▬▬▬▬▬▬▬</w:t>
      </w:r>
    </w:p>
    <w:p>
      <w:pPr>
        <w:spacing w:before="120"/>
      </w:pPr>
      <w:r>
        <w:rPr>
          <w:b/>
          <w:color w:val="040821"/>
          <w:sz w:val="22"/>
        </w:rPr>
        <w:t>1.  Chose a domain: Ex. Business, Health, Money, Productivity, etc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  <w:vAlign w:val="top"/>
          </w:tcPr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120"/>
      </w:pPr>
      <w:r>
        <w:rPr>
          <w:b/>
          <w:color w:val="040821"/>
          <w:sz w:val="22"/>
        </w:rPr>
        <w:t>2.  What are some of their (your target market’s) key frustrations around this domain?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  <w:vAlign w:val="top"/>
          </w:tcPr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120"/>
      </w:pPr>
      <w:r>
        <w:rPr>
          <w:b/>
          <w:color w:val="040821"/>
          <w:sz w:val="22"/>
        </w:rPr>
        <w:t>3.  What would they love to have just go away (what problem do they want to disappear)?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  <w:vAlign w:val="top"/>
          </w:tcPr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120"/>
      </w:pPr>
      <w:r>
        <w:rPr>
          <w:b/>
          <w:color w:val="040821"/>
          <w:sz w:val="22"/>
        </w:rPr>
        <w:t>4.  What have they struggled with for a long time and not been able to figure out?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  <w:vAlign w:val="top"/>
          </w:tcPr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120"/>
      </w:pPr>
      <w:r>
        <w:rPr>
          <w:b/>
          <w:color w:val="040821"/>
          <w:sz w:val="22"/>
        </w:rPr>
        <w:t>5.  Where is the highest money, time or value at stake for them in this domain?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  <w:vAlign w:val="top"/>
          </w:tcPr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80"/>
      </w:pPr>
    </w:p>
    <w:p>
      <w:pPr>
        <w:spacing w:before="200"/>
      </w:pPr>
      <w:r>
        <w:rPr>
          <w:b/>
          <w:color w:val="0D1353"/>
          <w:sz w:val="32"/>
        </w:rPr>
        <w:t>Solutions For Your Target Market</w:t>
      </w:r>
    </w:p>
    <w:p>
      <w:pPr>
        <w:spacing w:after="120"/>
      </w:pPr>
      <w:r>
        <w:rPr>
          <w:color w:val="2E73F3"/>
          <w:sz w:val="12"/>
        </w:rPr>
        <w:t>▬▬▬▬▬▬▬▬▬▬▬▬▬▬▬▬▬▬</w:t>
      </w:r>
    </w:p>
    <w:p>
      <w:pPr>
        <w:spacing w:before="120"/>
      </w:pPr>
      <w:r>
        <w:rPr>
          <w:b/>
          <w:color w:val="040821"/>
          <w:sz w:val="22"/>
        </w:rPr>
        <w:t>1.  Chose service or product to start - what do you prefer?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  <w:vAlign w:val="top"/>
          </w:tcPr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120"/>
      </w:pPr>
      <w:r>
        <w:rPr>
          <w:b/>
          <w:color w:val="040821"/>
          <w:sz w:val="22"/>
        </w:rPr>
        <w:t>2.  How do they want this product or service delivered to them?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  <w:vAlign w:val="top"/>
          </w:tcPr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120"/>
      </w:pPr>
      <w:r>
        <w:rPr>
          <w:b/>
          <w:color w:val="040821"/>
          <w:sz w:val="22"/>
        </w:rPr>
        <w:t>3.  Do they want individual or can we leverage into group delivery of solutions?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  <w:vAlign w:val="top"/>
          </w:tcPr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120"/>
      </w:pPr>
      <w:r>
        <w:rPr>
          <w:b/>
          <w:color w:val="040821"/>
          <w:sz w:val="22"/>
        </w:rPr>
        <w:t>4.  Can we break their big problem down into smaller problems and solve each little problem with different solutions at different price points?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  <w:vAlign w:val="top"/>
          </w:tcPr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120"/>
      </w:pPr>
      <w:r>
        <w:rPr>
          <w:b/>
          <w:color w:val="040821"/>
          <w:sz w:val="22"/>
        </w:rPr>
        <w:t>5.  What’s the most important parts of the solution for the customer? Speed? Cost? Etc?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  <w:vAlign w:val="top"/>
          </w:tcPr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80"/>
      </w:pPr>
    </w:p>
    <w:p>
      <w:pPr>
        <w:spacing w:before="200"/>
      </w:pPr>
      <w:r>
        <w:rPr>
          <w:b/>
          <w:color w:val="0D1353"/>
          <w:sz w:val="32"/>
        </w:rPr>
        <w:t>Your Expertise</w:t>
      </w:r>
    </w:p>
    <w:p>
      <w:pPr>
        <w:spacing w:after="120"/>
      </w:pPr>
      <w:r>
        <w:rPr>
          <w:color w:val="2E73F3"/>
          <w:sz w:val="12"/>
        </w:rPr>
        <w:t>▬▬▬▬▬▬▬▬▬▬▬▬▬▬▬▬▬▬</w:t>
      </w:r>
    </w:p>
    <w:p>
      <w:pPr>
        <w:spacing w:before="120"/>
      </w:pPr>
      <w:r>
        <w:rPr>
          <w:b/>
          <w:color w:val="040821"/>
          <w:sz w:val="22"/>
        </w:rPr>
        <w:t>1.  Are you an expert in: Producing Results? Sourcing Resources? or Leading Others?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  <w:vAlign w:val="top"/>
          </w:tcPr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120"/>
      </w:pPr>
      <w:r>
        <w:rPr>
          <w:b/>
          <w:color w:val="040821"/>
          <w:sz w:val="22"/>
        </w:rPr>
        <w:t>2.  Where have your past customers/clients achieved their greatest results? Any patterns?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  <w:vAlign w:val="top"/>
          </w:tcPr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120"/>
      </w:pPr>
      <w:r>
        <w:rPr>
          <w:b/>
          <w:color w:val="040821"/>
          <w:sz w:val="22"/>
        </w:rPr>
        <w:t>3.  What specifically do your friends or family ask you for advice about?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  <w:vAlign w:val="top"/>
          </w:tcPr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120"/>
      </w:pPr>
      <w:r>
        <w:rPr>
          <w:b/>
          <w:color w:val="040821"/>
          <w:sz w:val="22"/>
        </w:rPr>
        <w:t>4.  What are you passionate about learning about? Attend seminars in? Read books on?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  <w:vAlign w:val="top"/>
          </w:tcPr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120"/>
      </w:pPr>
      <w:r>
        <w:rPr>
          <w:b/>
          <w:color w:val="040821"/>
          <w:sz w:val="22"/>
        </w:rPr>
        <w:t>5.  If we interviewed your customers, clients or friends on your expertise - what would they say?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  <w:vAlign w:val="top"/>
          </w:tcPr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80"/>
      </w:pPr>
    </w:p>
    <w:p>
      <w:pPr>
        <w:spacing w:before="200"/>
      </w:pPr>
      <w:r>
        <w:rPr>
          <w:b/>
          <w:color w:val="0D1353"/>
          <w:sz w:val="32"/>
        </w:rPr>
        <w:t>Your Mission &amp; Message</w:t>
      </w:r>
    </w:p>
    <w:p>
      <w:pPr>
        <w:spacing w:after="120"/>
      </w:pPr>
      <w:r>
        <w:rPr>
          <w:color w:val="2E73F3"/>
          <w:sz w:val="12"/>
        </w:rPr>
        <w:t>▬▬▬▬▬▬▬▬▬▬▬▬▬▬▬▬▬▬</w:t>
      </w:r>
    </w:p>
    <w:p>
      <w:pPr>
        <w:spacing w:before="120"/>
      </w:pPr>
      <w:r>
        <w:rPr>
          <w:b/>
          <w:color w:val="040821"/>
          <w:sz w:val="22"/>
        </w:rPr>
        <w:t>1.  What’s your “why”? What get’s you up in the morning? Why are you in this business?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  <w:vAlign w:val="top"/>
          </w:tcPr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120"/>
      </w:pPr>
      <w:r>
        <w:rPr>
          <w:b/>
          <w:color w:val="040821"/>
          <w:sz w:val="22"/>
        </w:rPr>
        <w:t>2.  What are you looking to change or contribute in your community or world through this business?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  <w:vAlign w:val="top"/>
          </w:tcPr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120"/>
      </w:pPr>
      <w:r>
        <w:rPr>
          <w:b/>
          <w:color w:val="040821"/>
          <w:sz w:val="22"/>
        </w:rPr>
        <w:t>3.  What is the personal message you want to share with your customers/clients through your work? You can be/do/have X!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  <w:vAlign w:val="top"/>
          </w:tcPr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120"/>
      </w:pPr>
      <w:r>
        <w:rPr>
          <w:b/>
          <w:color w:val="040821"/>
          <w:sz w:val="22"/>
        </w:rPr>
        <w:t>4.  How do you want to be remembered by people in your industry? How will you leave a legacy?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  <w:vAlign w:val="top"/>
          </w:tcPr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120"/>
      </w:pPr>
      <w:r>
        <w:rPr>
          <w:b/>
          <w:color w:val="040821"/>
          <w:sz w:val="22"/>
        </w:rPr>
        <w:t>5.  What’s your dream of what you will create or how you will impact people?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  <w:vAlign w:val="top"/>
          </w:tcPr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80"/>
      </w:pPr>
    </w:p>
    <w:p>
      <w:pPr>
        <w:spacing w:before="200"/>
      </w:pPr>
      <w:r>
        <w:rPr>
          <w:b/>
          <w:color w:val="0D1353"/>
          <w:sz w:val="32"/>
        </w:rPr>
        <w:t>Viability</w:t>
      </w:r>
    </w:p>
    <w:p>
      <w:pPr>
        <w:spacing w:after="120"/>
      </w:pPr>
      <w:r>
        <w:rPr>
          <w:color w:val="2E73F3"/>
          <w:sz w:val="12"/>
        </w:rPr>
        <w:t>▬▬▬▬▬▬▬▬▬▬▬▬▬▬▬▬▬▬</w:t>
      </w:r>
    </w:p>
    <w:p>
      <w:pPr>
        <w:spacing w:before="120"/>
      </w:pPr>
      <w:r>
        <w:rPr>
          <w:b/>
          <w:color w:val="040821"/>
          <w:sz w:val="22"/>
        </w:rPr>
        <w:t>1.  How big is the potential market?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  <w:vAlign w:val="top"/>
          </w:tcPr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120"/>
      </w:pPr>
      <w:r>
        <w:rPr>
          <w:b/>
          <w:color w:val="040821"/>
          <w:sz w:val="22"/>
        </w:rPr>
        <w:t>2.  Are their a lot of competitors already doing the exact same thing? If so - what’s my new angle?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  <w:vAlign w:val="top"/>
          </w:tcPr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120"/>
      </w:pPr>
      <w:r>
        <w:rPr>
          <w:b/>
          <w:color w:val="040821"/>
          <w:sz w:val="22"/>
        </w:rPr>
        <w:t>3.  How much will it cost me to develop (manufacture) my product or service, and what’s the hard cost to delivery of it (to the customer)?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  <w:vAlign w:val="top"/>
          </w:tcPr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120"/>
      </w:pPr>
      <w:r>
        <w:rPr>
          <w:b/>
          <w:color w:val="040821"/>
          <w:sz w:val="22"/>
        </w:rPr>
        <w:t>4.  What are my marketing channels (just a quick assessment)? Who would my key Joint Venture/Marketing Partners be?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  <w:vAlign w:val="top"/>
          </w:tcPr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120"/>
      </w:pPr>
      <w:r>
        <w:rPr>
          <w:b/>
          <w:color w:val="040821"/>
          <w:sz w:val="22"/>
        </w:rPr>
        <w:t>5.  What major “barriers to entry” can I see? Costs? Relationships? Etc?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  <w:vAlign w:val="top"/>
          </w:tcPr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80"/>
      </w:pPr>
    </w:p>
    <w:p>
      <w:pPr>
        <w:spacing w:before="200"/>
      </w:pPr>
      <w:r>
        <w:rPr>
          <w:b/>
          <w:color w:val="0D1353"/>
          <w:sz w:val="32"/>
        </w:rPr>
        <w:t>Revenue Model Build Out — Monthly/Annually</w:t>
      </w:r>
    </w:p>
    <w:p>
      <w:pPr>
        <w:spacing w:after="120"/>
      </w:pPr>
      <w:r>
        <w:rPr>
          <w:color w:val="2E73F3"/>
          <w:sz w:val="12"/>
        </w:rPr>
        <w:t>▬▬▬▬▬▬▬▬▬▬▬▬▬▬▬▬▬▬</w:t>
      </w:r>
    </w:p>
    <w:p>
      <w:pPr>
        <w:spacing w:after="160"/>
      </w:pPr>
      <w:r>
        <w:rPr>
          <w:i/>
          <w:color w:val="4D4D4D"/>
          <w:sz w:val="21"/>
        </w:rPr>
        <w:t>The PDF guide includes a worked numeric example (Phase 1/2/3) — use the same structure below with your own numbers.</w:t>
      </w:r>
    </w:p>
    <w:p>
      <w:pPr>
        <w:spacing w:before="120"/>
      </w:pPr>
      <w:r>
        <w:rPr>
          <w:b/>
          <w:color w:val="040821"/>
          <w:sz w:val="22"/>
        </w:rPr>
        <w:t>1.  How many customers would be reasonable (per month) for each of your products/services?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  <w:vAlign w:val="top"/>
          </w:tcPr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120"/>
      </w:pPr>
      <w:r>
        <w:rPr>
          <w:b/>
          <w:color w:val="040821"/>
          <w:sz w:val="22"/>
        </w:rPr>
        <w:t>2.  Multiply by your product price.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  <w:vAlign w:val="top"/>
          </w:tcPr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120"/>
      </w:pPr>
      <w:r>
        <w:rPr>
          <w:b/>
          <w:color w:val="040821"/>
          <w:sz w:val="22"/>
        </w:rPr>
        <w:t>3.  Repeat with all other products and upsells.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  <w:vAlign w:val="top"/>
          </w:tcPr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120"/>
      </w:pPr>
      <w:r>
        <w:rPr>
          <w:b/>
          <w:color w:val="040821"/>
          <w:sz w:val="22"/>
        </w:rPr>
        <w:t>4.  Factor some rough costs.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  <w:vAlign w:val="top"/>
          </w:tcPr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120"/>
      </w:pPr>
      <w:r>
        <w:rPr>
          <w:b/>
          <w:color w:val="040821"/>
          <w:sz w:val="22"/>
        </w:rPr>
        <w:t>5.  Build out a rough monthly Profit &amp; Loss statement… Then an annual one.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  <w:vAlign w:val="top"/>
          </w:tcPr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80"/>
      </w:pPr>
    </w:p>
    <w:p>
      <w:pPr>
        <w:spacing w:before="200"/>
      </w:pPr>
      <w:r>
        <w:rPr>
          <w:b/>
          <w:color w:val="0D1353"/>
          <w:sz w:val="32"/>
        </w:rPr>
        <w:t>Outcomes</w:t>
      </w:r>
    </w:p>
    <w:p>
      <w:pPr>
        <w:spacing w:after="120"/>
      </w:pPr>
      <w:r>
        <w:rPr>
          <w:color w:val="2E73F3"/>
          <w:sz w:val="12"/>
        </w:rPr>
        <w:t>▬▬▬▬▬▬▬▬▬▬▬▬▬▬▬▬▬▬</w:t>
      </w:r>
    </w:p>
    <w:p>
      <w:pPr>
        <w:spacing w:before="120"/>
      </w:pPr>
      <w:r>
        <w:rPr>
          <w:b/>
          <w:color w:val="040821"/>
          <w:sz w:val="22"/>
        </w:rPr>
        <w:t>1.  What do you want to achieve in the next 90, 180, 365 days — Financially?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  <w:vAlign w:val="top"/>
          </w:tcPr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120"/>
      </w:pPr>
      <w:r>
        <w:rPr>
          <w:b/>
          <w:color w:val="040821"/>
          <w:sz w:val="22"/>
        </w:rPr>
        <w:t>2.  What do you want to achieve in the next 90, 180, 365 days — Tactically?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  <w:vAlign w:val="top"/>
          </w:tcPr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120"/>
      </w:pPr>
      <w:r>
        <w:rPr>
          <w:b/>
          <w:color w:val="040821"/>
          <w:sz w:val="22"/>
        </w:rPr>
        <w:t>3.  What do you want to achieve in the next 90, 180, 365 days — Personally?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  <w:vAlign w:val="top"/>
          </w:tcPr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120"/>
      </w:pPr>
      <w:r>
        <w:rPr>
          <w:b/>
          <w:color w:val="040821"/>
          <w:sz w:val="22"/>
        </w:rPr>
        <w:t>4.  What new actions do I need to take to achieve these outcomes?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  <w:vAlign w:val="top"/>
          </w:tcPr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120"/>
      </w:pPr>
      <w:r>
        <w:rPr>
          <w:b/>
          <w:color w:val="040821"/>
          <w:sz w:val="22"/>
        </w:rPr>
        <w:t>5.  What actions do I need to stop doing to achieve these outcomes?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  <w:vAlign w:val="top"/>
          </w:tcPr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80"/>
      </w:pPr>
    </w:p>
    <w:p>
      <w:pPr>
        <w:spacing w:before="200"/>
      </w:pPr>
      <w:r>
        <w:rPr>
          <w:b/>
          <w:color w:val="0D1353"/>
          <w:sz w:val="32"/>
        </w:rPr>
        <w:t>Threats</w:t>
      </w:r>
    </w:p>
    <w:p>
      <w:pPr>
        <w:spacing w:after="120"/>
      </w:pPr>
      <w:r>
        <w:rPr>
          <w:color w:val="2E73F3"/>
          <w:sz w:val="12"/>
        </w:rPr>
        <w:t>▬▬▬▬▬▬▬▬▬▬▬▬▬▬▬▬▬▬</w:t>
      </w:r>
    </w:p>
    <w:p>
      <w:pPr>
        <w:spacing w:before="120"/>
      </w:pPr>
      <w:r>
        <w:rPr>
          <w:b/>
          <w:color w:val="040821"/>
          <w:sz w:val="22"/>
        </w:rPr>
        <w:t>1.  What do you hate doing or find is just consistently annoying to you around your day?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  <w:vAlign w:val="top"/>
          </w:tcPr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120"/>
      </w:pPr>
      <w:r>
        <w:rPr>
          <w:b/>
          <w:color w:val="040821"/>
          <w:sz w:val="22"/>
        </w:rPr>
        <w:t>2.  What are you particularly not that good at, but currently you manage?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  <w:vAlign w:val="top"/>
          </w:tcPr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120"/>
      </w:pPr>
      <w:r>
        <w:rPr>
          <w:b/>
          <w:color w:val="040821"/>
          <w:sz w:val="22"/>
        </w:rPr>
        <w:t>3.  What is very time consuming that you would be better off delegating?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  <w:vAlign w:val="top"/>
          </w:tcPr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120"/>
      </w:pPr>
      <w:r>
        <w:rPr>
          <w:b/>
          <w:color w:val="040821"/>
          <w:sz w:val="22"/>
        </w:rPr>
        <w:t>4.  Who has bad energy that sucks up your time or your positive outlook?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  <w:vAlign w:val="top"/>
          </w:tcPr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120"/>
      </w:pPr>
      <w:r>
        <w:rPr>
          <w:b/>
          <w:color w:val="040821"/>
          <w:sz w:val="22"/>
        </w:rPr>
        <w:t>5.  What behaviours around success and/or money do you notice sabotage you?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  <w:vAlign w:val="top"/>
          </w:tcPr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80"/>
      </w:pPr>
    </w:p>
    <w:p>
      <w:pPr>
        <w:spacing w:before="200"/>
      </w:pPr>
      <w:r>
        <w:rPr>
          <w:b/>
          <w:color w:val="0D1353"/>
          <w:sz w:val="32"/>
        </w:rPr>
        <w:t>Bonus Questions! Mitigating Risks</w:t>
      </w:r>
    </w:p>
    <w:p>
      <w:pPr>
        <w:spacing w:after="120"/>
      </w:pPr>
      <w:r>
        <w:rPr>
          <w:color w:val="2E73F3"/>
          <w:sz w:val="12"/>
        </w:rPr>
        <w:t>▬▬▬▬▬▬▬▬▬▬▬▬▬▬▬▬▬▬</w:t>
      </w:r>
    </w:p>
    <w:p>
      <w:pPr>
        <w:spacing w:before="120"/>
      </w:pPr>
      <w:r>
        <w:rPr>
          <w:b/>
          <w:color w:val="040821"/>
          <w:sz w:val="22"/>
        </w:rPr>
        <w:t>1.  What are your assumption about this business, market and/or buying behaviours of customers that have to be true to make this work?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  <w:vAlign w:val="top"/>
          </w:tcPr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120"/>
      </w:pPr>
      <w:r>
        <w:rPr>
          <w:b/>
          <w:color w:val="040821"/>
          <w:sz w:val="22"/>
        </w:rPr>
        <w:t>2.  What if those assumptions are not true - how will you mitigate risk?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  <w:vAlign w:val="top"/>
          </w:tcPr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120"/>
      </w:pPr>
      <w:r>
        <w:rPr>
          <w:b/>
          <w:color w:val="040821"/>
          <w:sz w:val="22"/>
        </w:rPr>
        <w:t>3.  What small steps can you take to test each of these beliefs?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  <w:vAlign w:val="top"/>
          </w:tcPr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120"/>
      </w:pPr>
      <w:r>
        <w:rPr>
          <w:b/>
          <w:color w:val="040821"/>
          <w:sz w:val="22"/>
        </w:rPr>
        <w:t>4.  Who can you engage that has been there before you (mentor)?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  <w:vAlign w:val="top"/>
          </w:tcPr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120"/>
      </w:pPr>
      <w:r>
        <w:rPr>
          <w:b/>
          <w:color w:val="040821"/>
          <w:sz w:val="22"/>
        </w:rPr>
        <w:t>5.  Assuming wonderful success, how will you prepare to go through possible rough spots?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  <w:vAlign w:val="top"/>
          </w:tcPr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</w:tc>
      </w:tr>
    </w:tbl>
    <w:p>
      <w:pPr>
        <w:spacing w:after="80"/>
      </w:pP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